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7724A" w14:textId="622A78FF" w:rsidR="00AC2E3D" w:rsidRPr="00AC2E3D" w:rsidRDefault="00AC2E3D" w:rsidP="00AC2E3D">
      <w:pPr>
        <w:suppressAutoHyphens/>
        <w:autoSpaceDN w:val="0"/>
        <w:spacing w:line="360" w:lineRule="auto"/>
        <w:ind w:right="-426"/>
        <w:jc w:val="center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 w:rsidRPr="00AC2E3D">
        <w:rPr>
          <w:rFonts w:eastAsia="Batang" w:cs="Times New Roman"/>
          <w:noProof/>
          <w:kern w:val="3"/>
          <w:sz w:val="20"/>
          <w:szCs w:val="20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186EB240" wp14:editId="42DAEFCA">
            <wp:simplePos x="0" y="0"/>
            <wp:positionH relativeFrom="column">
              <wp:posOffset>3009900</wp:posOffset>
            </wp:positionH>
            <wp:positionV relativeFrom="paragraph">
              <wp:posOffset>-10160</wp:posOffset>
            </wp:positionV>
            <wp:extent cx="628019" cy="837562"/>
            <wp:effectExtent l="0" t="0" r="631" b="638"/>
            <wp:wrapTopAndBottom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019" cy="8375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AC2E3D">
        <w:rPr>
          <w:rFonts w:cs="Times New Roman"/>
          <w:b/>
          <w:kern w:val="3"/>
          <w:szCs w:val="28"/>
          <w:lang w:val="uk-UA" w:eastAsia="ru-RU"/>
        </w:rPr>
        <w:t>ДЯДЬКОВИЦЬКА  СІЛЬСЬКА  РАДА</w:t>
      </w:r>
      <w:r w:rsidRPr="00AC2E3D">
        <w:rPr>
          <w:rFonts w:cs="Times New Roman"/>
          <w:b/>
          <w:kern w:val="3"/>
          <w:szCs w:val="28"/>
          <w:lang w:val="uk-UA" w:eastAsia="ru-RU"/>
        </w:rPr>
        <w:br/>
        <w:t>РІВНЕНСЬКОГО  РАЙОНУ  РІВНЕНСЬКОЇ  ОБЛАСТІ</w:t>
      </w:r>
      <w:bookmarkStart w:id="0" w:name="bookmark1"/>
    </w:p>
    <w:p w14:paraId="22787673" w14:textId="77777777" w:rsidR="00AC2E3D" w:rsidRPr="00AC2E3D" w:rsidRDefault="00AC2E3D" w:rsidP="00AC2E3D">
      <w:pPr>
        <w:keepNext/>
        <w:keepLines/>
        <w:tabs>
          <w:tab w:val="left" w:pos="4730"/>
        </w:tabs>
        <w:suppressAutoHyphens/>
        <w:autoSpaceDN w:val="0"/>
        <w:ind w:right="-426"/>
        <w:jc w:val="center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 w:rsidRPr="00AC2E3D">
        <w:rPr>
          <w:rFonts w:cs="Times New Roman"/>
          <w:spacing w:val="50"/>
          <w:kern w:val="3"/>
          <w:szCs w:val="28"/>
          <w:lang w:val="ru-RU"/>
        </w:rPr>
        <w:t>ВИКОНАВЧИЙ КОМІТЕТ</w:t>
      </w:r>
    </w:p>
    <w:p w14:paraId="0264CD1B" w14:textId="77777777" w:rsidR="00AC2E3D" w:rsidRPr="00AC2E3D" w:rsidRDefault="00AC2E3D" w:rsidP="00AC2E3D">
      <w:pPr>
        <w:keepNext/>
        <w:keepLines/>
        <w:tabs>
          <w:tab w:val="left" w:pos="4730"/>
        </w:tabs>
        <w:suppressAutoHyphens/>
        <w:autoSpaceDN w:val="0"/>
        <w:ind w:right="-426"/>
        <w:jc w:val="center"/>
        <w:textAlignment w:val="baseline"/>
        <w:rPr>
          <w:rFonts w:cs="Times New Roman"/>
          <w:spacing w:val="50"/>
          <w:kern w:val="3"/>
          <w:szCs w:val="28"/>
          <w:lang w:val="ru-RU"/>
        </w:rPr>
      </w:pPr>
    </w:p>
    <w:p w14:paraId="701D488B" w14:textId="77777777" w:rsidR="00AC2E3D" w:rsidRPr="00AC2E3D" w:rsidRDefault="00AC2E3D" w:rsidP="00AC2E3D">
      <w:pPr>
        <w:keepNext/>
        <w:keepLines/>
        <w:tabs>
          <w:tab w:val="left" w:pos="4730"/>
        </w:tabs>
        <w:suppressAutoHyphens/>
        <w:autoSpaceDN w:val="0"/>
        <w:ind w:right="-426"/>
        <w:jc w:val="center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 w:rsidRPr="00AC2E3D">
        <w:rPr>
          <w:rFonts w:cs="Times New Roman"/>
          <w:spacing w:val="50"/>
          <w:kern w:val="3"/>
          <w:szCs w:val="28"/>
          <w:lang w:val="ru-RU"/>
        </w:rPr>
        <w:t>РІШЕННЯ</w:t>
      </w:r>
    </w:p>
    <w:bookmarkEnd w:id="0"/>
    <w:p w14:paraId="2E74DE22" w14:textId="77777777" w:rsidR="00AC2E3D" w:rsidRPr="00AC2E3D" w:rsidRDefault="00AC2E3D" w:rsidP="00AC2E3D">
      <w:pPr>
        <w:keepNext/>
        <w:keepLines/>
        <w:tabs>
          <w:tab w:val="left" w:pos="4730"/>
        </w:tabs>
        <w:suppressAutoHyphens/>
        <w:autoSpaceDN w:val="0"/>
        <w:spacing w:line="595" w:lineRule="exact"/>
        <w:ind w:right="-2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 w:rsidRPr="00AC2E3D">
        <w:rPr>
          <w:rFonts w:cs="Times New Roman"/>
          <w:kern w:val="3"/>
          <w:szCs w:val="28"/>
          <w:shd w:val="clear" w:color="auto" w:fill="FFFFFF"/>
          <w:lang w:val="uk-UA"/>
        </w:rPr>
        <w:t xml:space="preserve">21 серпня 2026 року                            </w:t>
      </w:r>
      <w:proofErr w:type="spellStart"/>
      <w:r w:rsidRPr="00AC2E3D">
        <w:rPr>
          <w:rFonts w:cs="Times New Roman"/>
          <w:kern w:val="3"/>
          <w:szCs w:val="28"/>
          <w:shd w:val="clear" w:color="auto" w:fill="FFFFFF"/>
          <w:lang w:val="uk-UA"/>
        </w:rPr>
        <w:t>с.Дядьковичі</w:t>
      </w:r>
      <w:proofErr w:type="spellEnd"/>
      <w:r w:rsidRPr="00AC2E3D">
        <w:rPr>
          <w:rFonts w:cs="Times New Roman"/>
          <w:kern w:val="3"/>
          <w:szCs w:val="28"/>
          <w:shd w:val="clear" w:color="auto" w:fill="FFFFFF"/>
          <w:lang w:val="uk-UA"/>
        </w:rPr>
        <w:t xml:space="preserve">                                          № 114</w:t>
      </w:r>
    </w:p>
    <w:p w14:paraId="547A7C77" w14:textId="77777777" w:rsidR="00AC2E3D" w:rsidRPr="00AC2E3D" w:rsidRDefault="00AC2E3D" w:rsidP="00AC2E3D">
      <w:pPr>
        <w:tabs>
          <w:tab w:val="left" w:pos="4253"/>
        </w:tabs>
        <w:ind w:right="5669"/>
        <w:jc w:val="both"/>
        <w:rPr>
          <w:rFonts w:cs="Times New Roman"/>
          <w:bCs/>
          <w:szCs w:val="28"/>
          <w:lang w:val="uk-UA" w:eastAsia="ru-RU"/>
        </w:rPr>
      </w:pPr>
    </w:p>
    <w:p w14:paraId="23AF588D" w14:textId="77777777" w:rsidR="00F16788" w:rsidRPr="00AC2E3D" w:rsidRDefault="00F16788">
      <w:pPr>
        <w:spacing w:after="80"/>
        <w:rPr>
          <w:lang w:val="uk-UA"/>
        </w:rPr>
      </w:pPr>
    </w:p>
    <w:p w14:paraId="18E4CD9A" w14:textId="77777777" w:rsidR="00F16788" w:rsidRPr="008C225C" w:rsidRDefault="00730FC4" w:rsidP="00B35D56">
      <w:pPr>
        <w:spacing w:after="160" w:line="276" w:lineRule="auto"/>
        <w:ind w:right="5437"/>
        <w:jc w:val="both"/>
        <w:rPr>
          <w:bCs/>
          <w:lang w:val="ru-RU"/>
        </w:rPr>
      </w:pPr>
      <w:r w:rsidRPr="008C225C">
        <w:rPr>
          <w:bCs/>
          <w:lang w:val="ru-RU"/>
        </w:rPr>
        <w:t xml:space="preserve">Про </w:t>
      </w:r>
      <w:proofErr w:type="spellStart"/>
      <w:r w:rsidRPr="008C225C">
        <w:rPr>
          <w:bCs/>
          <w:lang w:val="ru-RU"/>
        </w:rPr>
        <w:t>встановлення</w:t>
      </w:r>
      <w:proofErr w:type="spellEnd"/>
      <w:r w:rsidRPr="008C225C">
        <w:rPr>
          <w:bCs/>
          <w:lang w:val="ru-RU"/>
        </w:rPr>
        <w:t xml:space="preserve"> </w:t>
      </w:r>
      <w:proofErr w:type="spellStart"/>
      <w:r w:rsidRPr="008C225C">
        <w:rPr>
          <w:bCs/>
          <w:lang w:val="ru-RU"/>
        </w:rPr>
        <w:t>тарифів</w:t>
      </w:r>
      <w:proofErr w:type="spellEnd"/>
      <w:r w:rsidRPr="008C225C">
        <w:rPr>
          <w:bCs/>
          <w:lang w:val="ru-RU"/>
        </w:rPr>
        <w:t xml:space="preserve"> на </w:t>
      </w:r>
      <w:proofErr w:type="spellStart"/>
      <w:r w:rsidRPr="008C225C">
        <w:rPr>
          <w:bCs/>
          <w:lang w:val="ru-RU"/>
        </w:rPr>
        <w:t>послугу</w:t>
      </w:r>
      <w:proofErr w:type="spellEnd"/>
      <w:r w:rsidRPr="008C225C">
        <w:rPr>
          <w:bCs/>
          <w:lang w:val="ru-RU"/>
        </w:rPr>
        <w:t xml:space="preserve"> з </w:t>
      </w:r>
      <w:proofErr w:type="spellStart"/>
      <w:r w:rsidRPr="008C225C">
        <w:rPr>
          <w:bCs/>
          <w:lang w:val="ru-RU"/>
        </w:rPr>
        <w:t>управління</w:t>
      </w:r>
      <w:proofErr w:type="spellEnd"/>
      <w:r w:rsidRPr="008C225C">
        <w:rPr>
          <w:bCs/>
          <w:lang w:val="ru-RU"/>
        </w:rPr>
        <w:t xml:space="preserve"> </w:t>
      </w:r>
      <w:proofErr w:type="spellStart"/>
      <w:r w:rsidRPr="008C225C">
        <w:rPr>
          <w:bCs/>
          <w:lang w:val="ru-RU"/>
        </w:rPr>
        <w:t>побутовими</w:t>
      </w:r>
      <w:proofErr w:type="spellEnd"/>
      <w:r w:rsidRPr="008C225C">
        <w:rPr>
          <w:bCs/>
          <w:lang w:val="ru-RU"/>
        </w:rPr>
        <w:t xml:space="preserve"> </w:t>
      </w:r>
      <w:proofErr w:type="spellStart"/>
      <w:r w:rsidRPr="008C225C">
        <w:rPr>
          <w:bCs/>
          <w:lang w:val="ru-RU"/>
        </w:rPr>
        <w:t>відходами</w:t>
      </w:r>
      <w:proofErr w:type="spellEnd"/>
      <w:r w:rsidRPr="008C225C">
        <w:rPr>
          <w:bCs/>
          <w:lang w:val="ru-RU"/>
        </w:rPr>
        <w:t xml:space="preserve"> для КП «</w:t>
      </w:r>
      <w:proofErr w:type="spellStart"/>
      <w:r w:rsidRPr="008C225C">
        <w:rPr>
          <w:bCs/>
          <w:lang w:val="ru-RU"/>
        </w:rPr>
        <w:t>Дядьковицьке</w:t>
      </w:r>
      <w:proofErr w:type="spellEnd"/>
      <w:r w:rsidRPr="008C225C">
        <w:rPr>
          <w:bCs/>
          <w:lang w:val="ru-RU"/>
        </w:rPr>
        <w:t xml:space="preserve">» </w:t>
      </w:r>
      <w:proofErr w:type="spellStart"/>
      <w:r w:rsidRPr="008C225C">
        <w:rPr>
          <w:bCs/>
          <w:lang w:val="ru-RU"/>
        </w:rPr>
        <w:t>Дядьковицької</w:t>
      </w:r>
      <w:proofErr w:type="spellEnd"/>
      <w:r w:rsidRPr="008C225C">
        <w:rPr>
          <w:bCs/>
          <w:lang w:val="ru-RU"/>
        </w:rPr>
        <w:t xml:space="preserve"> </w:t>
      </w:r>
      <w:proofErr w:type="spellStart"/>
      <w:r w:rsidRPr="008C225C">
        <w:rPr>
          <w:bCs/>
          <w:lang w:val="ru-RU"/>
        </w:rPr>
        <w:t>сільської</w:t>
      </w:r>
      <w:proofErr w:type="spellEnd"/>
      <w:r w:rsidRPr="008C225C">
        <w:rPr>
          <w:bCs/>
          <w:lang w:val="ru-RU"/>
        </w:rPr>
        <w:t xml:space="preserve"> ради </w:t>
      </w:r>
      <w:proofErr w:type="spellStart"/>
      <w:r w:rsidRPr="008C225C">
        <w:rPr>
          <w:bCs/>
          <w:lang w:val="ru-RU"/>
        </w:rPr>
        <w:t>Рівненського</w:t>
      </w:r>
      <w:proofErr w:type="spellEnd"/>
      <w:r w:rsidRPr="008C225C">
        <w:rPr>
          <w:bCs/>
          <w:lang w:val="ru-RU"/>
        </w:rPr>
        <w:t xml:space="preserve"> району </w:t>
      </w:r>
      <w:proofErr w:type="spellStart"/>
      <w:r w:rsidRPr="008C225C">
        <w:rPr>
          <w:bCs/>
          <w:lang w:val="ru-RU"/>
        </w:rPr>
        <w:t>Рівненської</w:t>
      </w:r>
      <w:proofErr w:type="spellEnd"/>
      <w:r w:rsidRPr="008C225C">
        <w:rPr>
          <w:bCs/>
          <w:lang w:val="ru-RU"/>
        </w:rPr>
        <w:t xml:space="preserve"> </w:t>
      </w:r>
      <w:proofErr w:type="spellStart"/>
      <w:r w:rsidRPr="008C225C">
        <w:rPr>
          <w:bCs/>
          <w:lang w:val="ru-RU"/>
        </w:rPr>
        <w:t>області</w:t>
      </w:r>
      <w:proofErr w:type="spellEnd"/>
    </w:p>
    <w:p w14:paraId="1CB03F26" w14:textId="77777777" w:rsidR="00F16788" w:rsidRPr="00B35D56" w:rsidRDefault="00730FC4" w:rsidP="00B35D56">
      <w:pPr>
        <w:spacing w:after="80" w:line="276" w:lineRule="auto"/>
        <w:ind w:firstLine="709"/>
        <w:jc w:val="both"/>
        <w:rPr>
          <w:lang w:val="ru-RU"/>
        </w:rPr>
      </w:pPr>
      <w:proofErr w:type="spellStart"/>
      <w:r w:rsidRPr="00B35D56">
        <w:rPr>
          <w:lang w:val="ru-RU"/>
        </w:rPr>
        <w:t>Керуючись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статтею</w:t>
      </w:r>
      <w:proofErr w:type="spellEnd"/>
      <w:r w:rsidRPr="00B35D56">
        <w:rPr>
          <w:lang w:val="ru-RU"/>
        </w:rPr>
        <w:t xml:space="preserve"> 30 Закону </w:t>
      </w:r>
      <w:proofErr w:type="spellStart"/>
      <w:r w:rsidRPr="00B35D56">
        <w:rPr>
          <w:lang w:val="ru-RU"/>
        </w:rPr>
        <w:t>України</w:t>
      </w:r>
      <w:proofErr w:type="spellEnd"/>
      <w:r w:rsidRPr="00B35D56">
        <w:rPr>
          <w:lang w:val="ru-RU"/>
        </w:rPr>
        <w:t xml:space="preserve"> «Про </w:t>
      </w:r>
      <w:proofErr w:type="spellStart"/>
      <w:r w:rsidRPr="00B35D56">
        <w:rPr>
          <w:lang w:val="ru-RU"/>
        </w:rPr>
        <w:t>місцеве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самоврядування</w:t>
      </w:r>
      <w:proofErr w:type="spellEnd"/>
      <w:r w:rsidRPr="00B35D56">
        <w:rPr>
          <w:lang w:val="ru-RU"/>
        </w:rPr>
        <w:t xml:space="preserve"> в </w:t>
      </w:r>
      <w:proofErr w:type="spellStart"/>
      <w:r w:rsidRPr="00B35D56">
        <w:rPr>
          <w:lang w:val="ru-RU"/>
        </w:rPr>
        <w:t>Україні</w:t>
      </w:r>
      <w:proofErr w:type="spellEnd"/>
      <w:r w:rsidRPr="00B35D56">
        <w:rPr>
          <w:lang w:val="ru-RU"/>
        </w:rPr>
        <w:t xml:space="preserve">», Законом </w:t>
      </w:r>
      <w:proofErr w:type="spellStart"/>
      <w:r w:rsidRPr="00B35D56">
        <w:rPr>
          <w:lang w:val="ru-RU"/>
        </w:rPr>
        <w:t>України</w:t>
      </w:r>
      <w:proofErr w:type="spellEnd"/>
      <w:r w:rsidRPr="00B35D56">
        <w:rPr>
          <w:lang w:val="ru-RU"/>
        </w:rPr>
        <w:t xml:space="preserve"> «Про </w:t>
      </w:r>
      <w:proofErr w:type="spellStart"/>
      <w:r w:rsidRPr="00B35D56">
        <w:rPr>
          <w:lang w:val="ru-RU"/>
        </w:rPr>
        <w:t>житлово-комунальні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послуги</w:t>
      </w:r>
      <w:proofErr w:type="spellEnd"/>
      <w:r w:rsidRPr="00B35D56">
        <w:rPr>
          <w:lang w:val="ru-RU"/>
        </w:rPr>
        <w:t xml:space="preserve">», Законом </w:t>
      </w:r>
      <w:proofErr w:type="spellStart"/>
      <w:r w:rsidRPr="00B35D56">
        <w:rPr>
          <w:lang w:val="ru-RU"/>
        </w:rPr>
        <w:t>України</w:t>
      </w:r>
      <w:proofErr w:type="spellEnd"/>
      <w:r w:rsidRPr="00B35D56">
        <w:rPr>
          <w:lang w:val="ru-RU"/>
        </w:rPr>
        <w:t xml:space="preserve"> «Про </w:t>
      </w:r>
      <w:proofErr w:type="spellStart"/>
      <w:r w:rsidRPr="00B35D56">
        <w:rPr>
          <w:lang w:val="ru-RU"/>
        </w:rPr>
        <w:t>управління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відходами</w:t>
      </w:r>
      <w:proofErr w:type="spellEnd"/>
      <w:r w:rsidRPr="00B35D56">
        <w:rPr>
          <w:lang w:val="ru-RU"/>
        </w:rPr>
        <w:t xml:space="preserve">», </w:t>
      </w:r>
      <w:proofErr w:type="spellStart"/>
      <w:r w:rsidRPr="00B35D56">
        <w:rPr>
          <w:lang w:val="ru-RU"/>
        </w:rPr>
        <w:t>постановою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Кабінету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Міністрів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України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від</w:t>
      </w:r>
      <w:proofErr w:type="spellEnd"/>
      <w:r w:rsidRPr="00B35D56">
        <w:rPr>
          <w:lang w:val="ru-RU"/>
        </w:rPr>
        <w:t xml:space="preserve"> 26.09.2023 № 1031 «Про </w:t>
      </w:r>
      <w:proofErr w:type="spellStart"/>
      <w:r w:rsidRPr="00B35D56">
        <w:rPr>
          <w:lang w:val="ru-RU"/>
        </w:rPr>
        <w:t>затвердження</w:t>
      </w:r>
      <w:proofErr w:type="spellEnd"/>
      <w:r w:rsidRPr="00B35D56">
        <w:rPr>
          <w:lang w:val="ru-RU"/>
        </w:rPr>
        <w:t xml:space="preserve"> Порядку </w:t>
      </w:r>
      <w:proofErr w:type="spellStart"/>
      <w:r w:rsidRPr="00B35D56">
        <w:rPr>
          <w:lang w:val="ru-RU"/>
        </w:rPr>
        <w:t>формування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середньозваженого</w:t>
      </w:r>
      <w:proofErr w:type="spellEnd"/>
      <w:r w:rsidRPr="00B35D56">
        <w:rPr>
          <w:lang w:val="ru-RU"/>
        </w:rPr>
        <w:t xml:space="preserve"> тарифу на </w:t>
      </w:r>
      <w:proofErr w:type="spellStart"/>
      <w:r w:rsidRPr="00B35D56">
        <w:rPr>
          <w:lang w:val="ru-RU"/>
        </w:rPr>
        <w:t>послугу</w:t>
      </w:r>
      <w:proofErr w:type="spellEnd"/>
      <w:r w:rsidRPr="00B35D56">
        <w:rPr>
          <w:lang w:val="ru-RU"/>
        </w:rPr>
        <w:t xml:space="preserve"> з </w:t>
      </w:r>
      <w:proofErr w:type="spellStart"/>
      <w:r w:rsidRPr="00B35D56">
        <w:rPr>
          <w:lang w:val="ru-RU"/>
        </w:rPr>
        <w:t>управління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побутовими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відходами</w:t>
      </w:r>
      <w:proofErr w:type="spellEnd"/>
      <w:r w:rsidRPr="00B35D56">
        <w:rPr>
          <w:lang w:val="ru-RU"/>
        </w:rPr>
        <w:t xml:space="preserve">, а </w:t>
      </w:r>
      <w:proofErr w:type="spellStart"/>
      <w:r w:rsidRPr="00B35D56">
        <w:rPr>
          <w:lang w:val="ru-RU"/>
        </w:rPr>
        <w:t>також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тарифів</w:t>
      </w:r>
      <w:proofErr w:type="spellEnd"/>
      <w:r w:rsidRPr="00B35D56">
        <w:rPr>
          <w:lang w:val="ru-RU"/>
        </w:rPr>
        <w:t xml:space="preserve"> на </w:t>
      </w:r>
      <w:proofErr w:type="spellStart"/>
      <w:r w:rsidRPr="00B35D56">
        <w:rPr>
          <w:lang w:val="ru-RU"/>
        </w:rPr>
        <w:t>збирання</w:t>
      </w:r>
      <w:proofErr w:type="spellEnd"/>
      <w:r w:rsidRPr="00B35D56">
        <w:rPr>
          <w:lang w:val="ru-RU"/>
        </w:rPr>
        <w:t xml:space="preserve">, </w:t>
      </w:r>
      <w:proofErr w:type="spellStart"/>
      <w:r w:rsidRPr="00B35D56">
        <w:rPr>
          <w:lang w:val="ru-RU"/>
        </w:rPr>
        <w:t>перевезення</w:t>
      </w:r>
      <w:proofErr w:type="spellEnd"/>
      <w:r w:rsidRPr="00B35D56">
        <w:rPr>
          <w:lang w:val="ru-RU"/>
        </w:rPr>
        <w:t xml:space="preserve">, </w:t>
      </w:r>
      <w:proofErr w:type="spellStart"/>
      <w:r w:rsidRPr="00B35D56">
        <w:rPr>
          <w:lang w:val="ru-RU"/>
        </w:rPr>
        <w:t>відновлення</w:t>
      </w:r>
      <w:proofErr w:type="spellEnd"/>
      <w:r w:rsidRPr="00B35D56">
        <w:rPr>
          <w:lang w:val="ru-RU"/>
        </w:rPr>
        <w:t xml:space="preserve"> та </w:t>
      </w:r>
      <w:proofErr w:type="spellStart"/>
      <w:r w:rsidRPr="00B35D56">
        <w:rPr>
          <w:lang w:val="ru-RU"/>
        </w:rPr>
        <w:t>видалення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побутових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відходів</w:t>
      </w:r>
      <w:proofErr w:type="spellEnd"/>
      <w:r w:rsidRPr="00B35D56">
        <w:rPr>
          <w:lang w:val="ru-RU"/>
        </w:rPr>
        <w:t xml:space="preserve">», </w:t>
      </w:r>
      <w:proofErr w:type="spellStart"/>
      <w:r w:rsidRPr="00B35D56">
        <w:rPr>
          <w:lang w:val="ru-RU"/>
        </w:rPr>
        <w:t>постановою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Кабінету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Міністрів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України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від</w:t>
      </w:r>
      <w:proofErr w:type="spellEnd"/>
      <w:r w:rsidRPr="00B35D56">
        <w:rPr>
          <w:lang w:val="ru-RU"/>
        </w:rPr>
        <w:t xml:space="preserve"> 08.08.2023 № 835 «Про </w:t>
      </w:r>
      <w:proofErr w:type="spellStart"/>
      <w:r w:rsidRPr="00B35D56">
        <w:rPr>
          <w:lang w:val="ru-RU"/>
        </w:rPr>
        <w:t>затвердження</w:t>
      </w:r>
      <w:proofErr w:type="spellEnd"/>
      <w:r w:rsidRPr="00B35D56">
        <w:rPr>
          <w:lang w:val="ru-RU"/>
        </w:rPr>
        <w:t xml:space="preserve"> Правил </w:t>
      </w:r>
      <w:proofErr w:type="spellStart"/>
      <w:r w:rsidRPr="00B35D56">
        <w:rPr>
          <w:lang w:val="ru-RU"/>
        </w:rPr>
        <w:t>надання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послуги</w:t>
      </w:r>
      <w:proofErr w:type="spellEnd"/>
      <w:r w:rsidRPr="00B35D56">
        <w:rPr>
          <w:lang w:val="ru-RU"/>
        </w:rPr>
        <w:t xml:space="preserve"> з </w:t>
      </w:r>
      <w:proofErr w:type="spellStart"/>
      <w:r w:rsidRPr="00B35D56">
        <w:rPr>
          <w:lang w:val="ru-RU"/>
        </w:rPr>
        <w:t>управління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побутовими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відходами</w:t>
      </w:r>
      <w:proofErr w:type="spellEnd"/>
      <w:r w:rsidRPr="00B35D56">
        <w:rPr>
          <w:lang w:val="ru-RU"/>
        </w:rPr>
        <w:t xml:space="preserve"> та </w:t>
      </w:r>
      <w:proofErr w:type="spellStart"/>
      <w:r w:rsidRPr="00B35D56">
        <w:rPr>
          <w:lang w:val="ru-RU"/>
        </w:rPr>
        <w:t>типових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договорів</w:t>
      </w:r>
      <w:proofErr w:type="spellEnd"/>
      <w:r w:rsidRPr="00B35D56">
        <w:rPr>
          <w:lang w:val="ru-RU"/>
        </w:rPr>
        <w:t xml:space="preserve"> про </w:t>
      </w:r>
      <w:proofErr w:type="spellStart"/>
      <w:r w:rsidRPr="00B35D56">
        <w:rPr>
          <w:lang w:val="ru-RU"/>
        </w:rPr>
        <w:t>надання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послуги</w:t>
      </w:r>
      <w:proofErr w:type="spellEnd"/>
      <w:r w:rsidRPr="00B35D56">
        <w:rPr>
          <w:lang w:val="ru-RU"/>
        </w:rPr>
        <w:t xml:space="preserve"> з </w:t>
      </w:r>
      <w:proofErr w:type="spellStart"/>
      <w:r w:rsidRPr="00B35D56">
        <w:rPr>
          <w:lang w:val="ru-RU"/>
        </w:rPr>
        <w:t>управління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побутовими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відходами</w:t>
      </w:r>
      <w:proofErr w:type="spellEnd"/>
      <w:r w:rsidRPr="00B35D56">
        <w:rPr>
          <w:lang w:val="ru-RU"/>
        </w:rPr>
        <w:t xml:space="preserve">», наказом </w:t>
      </w:r>
      <w:proofErr w:type="spellStart"/>
      <w:r w:rsidRPr="00B35D56">
        <w:rPr>
          <w:lang w:val="ru-RU"/>
        </w:rPr>
        <w:t>Міністерства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регіонального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розвитку</w:t>
      </w:r>
      <w:proofErr w:type="spellEnd"/>
      <w:r w:rsidRPr="00B35D56">
        <w:rPr>
          <w:lang w:val="ru-RU"/>
        </w:rPr>
        <w:t xml:space="preserve">, </w:t>
      </w:r>
      <w:proofErr w:type="spellStart"/>
      <w:r w:rsidRPr="00B35D56">
        <w:rPr>
          <w:lang w:val="ru-RU"/>
        </w:rPr>
        <w:t>будівництва</w:t>
      </w:r>
      <w:proofErr w:type="spellEnd"/>
      <w:r w:rsidRPr="00B35D56">
        <w:rPr>
          <w:lang w:val="ru-RU"/>
        </w:rPr>
        <w:t xml:space="preserve"> та </w:t>
      </w:r>
      <w:proofErr w:type="spellStart"/>
      <w:r w:rsidRPr="00B35D56">
        <w:rPr>
          <w:lang w:val="ru-RU"/>
        </w:rPr>
        <w:t>житлово-комунального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господарства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України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від</w:t>
      </w:r>
      <w:proofErr w:type="spellEnd"/>
      <w:r w:rsidRPr="00B35D56">
        <w:rPr>
          <w:lang w:val="ru-RU"/>
        </w:rPr>
        <w:t xml:space="preserve"> 12.09.2018 № 239 «Про </w:t>
      </w:r>
      <w:proofErr w:type="spellStart"/>
      <w:r w:rsidRPr="00B35D56">
        <w:rPr>
          <w:lang w:val="ru-RU"/>
        </w:rPr>
        <w:t>затвердження</w:t>
      </w:r>
      <w:proofErr w:type="spellEnd"/>
      <w:r w:rsidRPr="00B35D56">
        <w:rPr>
          <w:lang w:val="ru-RU"/>
        </w:rPr>
        <w:t xml:space="preserve"> Порядку </w:t>
      </w:r>
      <w:proofErr w:type="spellStart"/>
      <w:r w:rsidRPr="00B35D56">
        <w:rPr>
          <w:lang w:val="ru-RU"/>
        </w:rPr>
        <w:t>розгляду</w:t>
      </w:r>
      <w:proofErr w:type="spellEnd"/>
      <w:r w:rsidRPr="00B35D56">
        <w:rPr>
          <w:lang w:val="ru-RU"/>
        </w:rPr>
        <w:t xml:space="preserve"> органами </w:t>
      </w:r>
      <w:proofErr w:type="spellStart"/>
      <w:r w:rsidRPr="00B35D56">
        <w:rPr>
          <w:lang w:val="ru-RU"/>
        </w:rPr>
        <w:t>місцевого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самоврядування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розрахунків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тарифів</w:t>
      </w:r>
      <w:proofErr w:type="spellEnd"/>
      <w:r w:rsidRPr="00B35D56">
        <w:rPr>
          <w:lang w:val="ru-RU"/>
        </w:rPr>
        <w:t xml:space="preserve"> на </w:t>
      </w:r>
      <w:proofErr w:type="spellStart"/>
      <w:r w:rsidRPr="00B35D56">
        <w:rPr>
          <w:lang w:val="ru-RU"/>
        </w:rPr>
        <w:t>теплову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енергію</w:t>
      </w:r>
      <w:proofErr w:type="spellEnd"/>
      <w:r w:rsidRPr="00B35D56">
        <w:rPr>
          <w:lang w:val="ru-RU"/>
        </w:rPr>
        <w:t xml:space="preserve">, </w:t>
      </w:r>
      <w:proofErr w:type="spellStart"/>
      <w:r w:rsidRPr="00B35D56">
        <w:rPr>
          <w:lang w:val="ru-RU"/>
        </w:rPr>
        <w:t>її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виробництво</w:t>
      </w:r>
      <w:proofErr w:type="spellEnd"/>
      <w:r w:rsidRPr="00B35D56">
        <w:rPr>
          <w:lang w:val="ru-RU"/>
        </w:rPr>
        <w:t xml:space="preserve">, </w:t>
      </w:r>
      <w:proofErr w:type="spellStart"/>
      <w:r w:rsidRPr="00B35D56">
        <w:rPr>
          <w:lang w:val="ru-RU"/>
        </w:rPr>
        <w:t>транспортування</w:t>
      </w:r>
      <w:proofErr w:type="spellEnd"/>
      <w:r w:rsidRPr="00B35D56">
        <w:rPr>
          <w:lang w:val="ru-RU"/>
        </w:rPr>
        <w:t xml:space="preserve"> та </w:t>
      </w:r>
      <w:proofErr w:type="spellStart"/>
      <w:r w:rsidRPr="00B35D56">
        <w:rPr>
          <w:lang w:val="ru-RU"/>
        </w:rPr>
        <w:t>постачання</w:t>
      </w:r>
      <w:proofErr w:type="spellEnd"/>
      <w:r w:rsidRPr="00B35D56">
        <w:rPr>
          <w:lang w:val="ru-RU"/>
        </w:rPr>
        <w:t xml:space="preserve">, а </w:t>
      </w:r>
      <w:proofErr w:type="spellStart"/>
      <w:r w:rsidRPr="00B35D56">
        <w:rPr>
          <w:lang w:val="ru-RU"/>
        </w:rPr>
        <w:t>також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розрахунків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тарифів</w:t>
      </w:r>
      <w:proofErr w:type="spellEnd"/>
      <w:r w:rsidRPr="00B35D56">
        <w:rPr>
          <w:lang w:val="ru-RU"/>
        </w:rPr>
        <w:t xml:space="preserve"> на </w:t>
      </w:r>
      <w:proofErr w:type="spellStart"/>
      <w:r w:rsidRPr="00B35D56">
        <w:rPr>
          <w:lang w:val="ru-RU"/>
        </w:rPr>
        <w:t>комунальні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послуги</w:t>
      </w:r>
      <w:proofErr w:type="spellEnd"/>
      <w:r w:rsidRPr="00B35D56">
        <w:rPr>
          <w:lang w:val="ru-RU"/>
        </w:rPr>
        <w:t xml:space="preserve">, </w:t>
      </w:r>
      <w:proofErr w:type="spellStart"/>
      <w:r w:rsidRPr="00B35D56">
        <w:rPr>
          <w:lang w:val="ru-RU"/>
        </w:rPr>
        <w:t>поданих</w:t>
      </w:r>
      <w:proofErr w:type="spellEnd"/>
      <w:r w:rsidRPr="00B35D56">
        <w:rPr>
          <w:lang w:val="ru-RU"/>
        </w:rPr>
        <w:t xml:space="preserve"> для </w:t>
      </w:r>
      <w:proofErr w:type="spellStart"/>
      <w:r w:rsidRPr="00B35D56">
        <w:rPr>
          <w:lang w:val="ru-RU"/>
        </w:rPr>
        <w:t>їх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встановлення</w:t>
      </w:r>
      <w:proofErr w:type="spellEnd"/>
      <w:r w:rsidRPr="00B35D56">
        <w:rPr>
          <w:lang w:val="ru-RU"/>
        </w:rPr>
        <w:t>» (</w:t>
      </w:r>
      <w:proofErr w:type="spellStart"/>
      <w:r w:rsidRPr="00B35D56">
        <w:rPr>
          <w:lang w:val="ru-RU"/>
        </w:rPr>
        <w:t>зі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змінами</w:t>
      </w:r>
      <w:proofErr w:type="spellEnd"/>
      <w:r w:rsidRPr="00B35D56">
        <w:rPr>
          <w:lang w:val="ru-RU"/>
        </w:rPr>
        <w:t xml:space="preserve">), наказом </w:t>
      </w:r>
      <w:proofErr w:type="spellStart"/>
      <w:r w:rsidRPr="00B35D56">
        <w:rPr>
          <w:lang w:val="ru-RU"/>
        </w:rPr>
        <w:t>Міністерства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регіонального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розвитку</w:t>
      </w:r>
      <w:proofErr w:type="spellEnd"/>
      <w:r w:rsidRPr="00B35D56">
        <w:rPr>
          <w:lang w:val="ru-RU"/>
        </w:rPr>
        <w:t xml:space="preserve">, </w:t>
      </w:r>
      <w:proofErr w:type="spellStart"/>
      <w:r w:rsidRPr="00B35D56">
        <w:rPr>
          <w:lang w:val="ru-RU"/>
        </w:rPr>
        <w:t>будівництва</w:t>
      </w:r>
      <w:proofErr w:type="spellEnd"/>
      <w:r w:rsidRPr="00B35D56">
        <w:rPr>
          <w:lang w:val="ru-RU"/>
        </w:rPr>
        <w:t xml:space="preserve"> та </w:t>
      </w:r>
      <w:proofErr w:type="spellStart"/>
      <w:r w:rsidRPr="00B35D56">
        <w:rPr>
          <w:lang w:val="ru-RU"/>
        </w:rPr>
        <w:t>житлово-комунального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господарства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України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від</w:t>
      </w:r>
      <w:proofErr w:type="spellEnd"/>
      <w:r w:rsidRPr="00B35D56">
        <w:rPr>
          <w:lang w:val="ru-RU"/>
        </w:rPr>
        <w:t xml:space="preserve"> 05.06.2018 № 130 «Про </w:t>
      </w:r>
      <w:proofErr w:type="spellStart"/>
      <w:r w:rsidRPr="00B35D56">
        <w:rPr>
          <w:lang w:val="ru-RU"/>
        </w:rPr>
        <w:t>затвердження</w:t>
      </w:r>
      <w:proofErr w:type="spellEnd"/>
      <w:r w:rsidRPr="00B35D56">
        <w:rPr>
          <w:lang w:val="ru-RU"/>
        </w:rPr>
        <w:t xml:space="preserve"> Порядку </w:t>
      </w:r>
      <w:proofErr w:type="spellStart"/>
      <w:r w:rsidRPr="00B35D56">
        <w:rPr>
          <w:lang w:val="ru-RU"/>
        </w:rPr>
        <w:t>інформування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споживачів</w:t>
      </w:r>
      <w:proofErr w:type="spellEnd"/>
      <w:r w:rsidRPr="00B35D56">
        <w:rPr>
          <w:lang w:val="ru-RU"/>
        </w:rPr>
        <w:t xml:space="preserve"> про </w:t>
      </w:r>
      <w:proofErr w:type="spellStart"/>
      <w:r w:rsidRPr="00B35D56">
        <w:rPr>
          <w:lang w:val="ru-RU"/>
        </w:rPr>
        <w:t>намір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зміни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цін</w:t>
      </w:r>
      <w:proofErr w:type="spellEnd"/>
      <w:r w:rsidRPr="00B35D56">
        <w:rPr>
          <w:lang w:val="ru-RU"/>
        </w:rPr>
        <w:t>/</w:t>
      </w:r>
      <w:proofErr w:type="spellStart"/>
      <w:r w:rsidRPr="00B35D56">
        <w:rPr>
          <w:lang w:val="ru-RU"/>
        </w:rPr>
        <w:t>тарифів</w:t>
      </w:r>
      <w:proofErr w:type="spellEnd"/>
      <w:r w:rsidRPr="00B35D56">
        <w:rPr>
          <w:lang w:val="ru-RU"/>
        </w:rPr>
        <w:t xml:space="preserve"> на </w:t>
      </w:r>
      <w:proofErr w:type="spellStart"/>
      <w:r w:rsidRPr="00B35D56">
        <w:rPr>
          <w:lang w:val="ru-RU"/>
        </w:rPr>
        <w:t>комунальні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послуги</w:t>
      </w:r>
      <w:proofErr w:type="spellEnd"/>
      <w:r w:rsidRPr="00B35D56">
        <w:rPr>
          <w:lang w:val="ru-RU"/>
        </w:rPr>
        <w:t xml:space="preserve"> з </w:t>
      </w:r>
      <w:proofErr w:type="spellStart"/>
      <w:r w:rsidRPr="00B35D56">
        <w:rPr>
          <w:lang w:val="ru-RU"/>
        </w:rPr>
        <w:t>обґрунтуванням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такої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необхідності</w:t>
      </w:r>
      <w:proofErr w:type="spellEnd"/>
      <w:r w:rsidRPr="00B35D56">
        <w:rPr>
          <w:lang w:val="ru-RU"/>
        </w:rPr>
        <w:t>» (</w:t>
      </w:r>
      <w:proofErr w:type="spellStart"/>
      <w:r w:rsidRPr="00B35D56">
        <w:rPr>
          <w:lang w:val="ru-RU"/>
        </w:rPr>
        <w:t>зі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змінами</w:t>
      </w:r>
      <w:proofErr w:type="spellEnd"/>
      <w:r w:rsidRPr="00B35D56">
        <w:rPr>
          <w:lang w:val="ru-RU"/>
        </w:rPr>
        <w:t xml:space="preserve">), </w:t>
      </w:r>
      <w:proofErr w:type="spellStart"/>
      <w:r w:rsidRPr="00B35D56">
        <w:rPr>
          <w:lang w:val="ru-RU"/>
        </w:rPr>
        <w:t>розглянувши</w:t>
      </w:r>
      <w:proofErr w:type="spellEnd"/>
      <w:r w:rsidRPr="00B35D56">
        <w:rPr>
          <w:lang w:val="ru-RU"/>
        </w:rPr>
        <w:t xml:space="preserve"> лист та </w:t>
      </w:r>
      <w:proofErr w:type="spellStart"/>
      <w:r w:rsidRPr="00B35D56">
        <w:rPr>
          <w:lang w:val="ru-RU"/>
        </w:rPr>
        <w:t>розрахунки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Комунального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lastRenderedPageBreak/>
        <w:t>підприємства</w:t>
      </w:r>
      <w:proofErr w:type="spellEnd"/>
      <w:r w:rsidRPr="00B35D56">
        <w:rPr>
          <w:lang w:val="ru-RU"/>
        </w:rPr>
        <w:t xml:space="preserve"> «</w:t>
      </w:r>
      <w:proofErr w:type="spellStart"/>
      <w:r w:rsidRPr="00B35D56">
        <w:rPr>
          <w:lang w:val="ru-RU"/>
        </w:rPr>
        <w:t>Дядьковицьке</w:t>
      </w:r>
      <w:proofErr w:type="spellEnd"/>
      <w:r w:rsidRPr="00B35D56">
        <w:rPr>
          <w:lang w:val="ru-RU"/>
        </w:rPr>
        <w:t xml:space="preserve">» </w:t>
      </w:r>
      <w:proofErr w:type="spellStart"/>
      <w:r w:rsidRPr="00B35D56">
        <w:rPr>
          <w:lang w:val="ru-RU"/>
        </w:rPr>
        <w:t>Дядьковицької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сільської</w:t>
      </w:r>
      <w:proofErr w:type="spellEnd"/>
      <w:r w:rsidRPr="00B35D56">
        <w:rPr>
          <w:lang w:val="ru-RU"/>
        </w:rPr>
        <w:t xml:space="preserve"> ради </w:t>
      </w:r>
      <w:bookmarkStart w:id="1" w:name="_Hlk239748487"/>
      <w:proofErr w:type="spellStart"/>
      <w:r w:rsidRPr="00B35D56">
        <w:rPr>
          <w:lang w:val="ru-RU"/>
        </w:rPr>
        <w:t>Рівненського</w:t>
      </w:r>
      <w:proofErr w:type="spellEnd"/>
      <w:r w:rsidRPr="00B35D56">
        <w:rPr>
          <w:lang w:val="ru-RU"/>
        </w:rPr>
        <w:t xml:space="preserve"> району </w:t>
      </w:r>
      <w:proofErr w:type="spellStart"/>
      <w:r w:rsidRPr="00B35D56">
        <w:rPr>
          <w:lang w:val="ru-RU"/>
        </w:rPr>
        <w:t>Рівненської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області</w:t>
      </w:r>
      <w:bookmarkEnd w:id="1"/>
      <w:proofErr w:type="spellEnd"/>
      <w:r w:rsidR="00B35D56">
        <w:rPr>
          <w:lang w:val="ru-RU"/>
        </w:rPr>
        <w:t xml:space="preserve"> </w:t>
      </w:r>
      <w:proofErr w:type="spellStart"/>
      <w:r w:rsidR="00B35D56">
        <w:rPr>
          <w:lang w:val="ru-RU"/>
        </w:rPr>
        <w:t>від</w:t>
      </w:r>
      <w:proofErr w:type="spellEnd"/>
      <w:r w:rsidR="00B35D56">
        <w:rPr>
          <w:lang w:val="ru-RU"/>
        </w:rPr>
        <w:t xml:space="preserve"> 25.06.2026 року</w:t>
      </w:r>
      <w:r w:rsidRPr="00B35D56">
        <w:rPr>
          <w:lang w:val="ru-RU"/>
        </w:rPr>
        <w:t xml:space="preserve">, </w:t>
      </w:r>
      <w:proofErr w:type="spellStart"/>
      <w:r w:rsidRPr="00B35D56">
        <w:rPr>
          <w:lang w:val="ru-RU"/>
        </w:rPr>
        <w:t>виконавчий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комітет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сільської</w:t>
      </w:r>
      <w:proofErr w:type="spellEnd"/>
      <w:r w:rsidRPr="00B35D56">
        <w:rPr>
          <w:lang w:val="ru-RU"/>
        </w:rPr>
        <w:t xml:space="preserve"> ради</w:t>
      </w:r>
    </w:p>
    <w:p w14:paraId="3073631B" w14:textId="77777777" w:rsidR="00F16788" w:rsidRPr="008C225C" w:rsidRDefault="00730FC4" w:rsidP="00B35D56">
      <w:pPr>
        <w:spacing w:after="120" w:line="276" w:lineRule="auto"/>
        <w:jc w:val="center"/>
        <w:rPr>
          <w:bCs/>
          <w:lang w:val="ru-RU"/>
        </w:rPr>
      </w:pPr>
      <w:r w:rsidRPr="008C225C">
        <w:rPr>
          <w:bCs/>
          <w:lang w:val="ru-RU"/>
        </w:rPr>
        <w:t>ВИРІШИВ:</w:t>
      </w:r>
    </w:p>
    <w:p w14:paraId="55ADD587" w14:textId="77777777" w:rsidR="00F16788" w:rsidRPr="00B35D56" w:rsidRDefault="00730FC4" w:rsidP="00B35D56">
      <w:pPr>
        <w:spacing w:after="40" w:line="276" w:lineRule="auto"/>
        <w:jc w:val="both"/>
        <w:rPr>
          <w:lang w:val="ru-RU"/>
        </w:rPr>
      </w:pPr>
      <w:r w:rsidRPr="00B35D56">
        <w:rPr>
          <w:lang w:val="ru-RU"/>
        </w:rPr>
        <w:t xml:space="preserve">1. </w:t>
      </w:r>
      <w:proofErr w:type="spellStart"/>
      <w:r w:rsidRPr="00B35D56">
        <w:rPr>
          <w:lang w:val="ru-RU"/>
        </w:rPr>
        <w:t>Встановити</w:t>
      </w:r>
      <w:proofErr w:type="spellEnd"/>
      <w:r w:rsidRPr="00B35D56">
        <w:rPr>
          <w:lang w:val="ru-RU"/>
        </w:rPr>
        <w:t xml:space="preserve"> з 01 вересня 2026 року </w:t>
      </w:r>
      <w:proofErr w:type="spellStart"/>
      <w:r w:rsidRPr="00B35D56">
        <w:rPr>
          <w:lang w:val="ru-RU"/>
        </w:rPr>
        <w:t>тарифи</w:t>
      </w:r>
      <w:proofErr w:type="spellEnd"/>
      <w:r w:rsidRPr="00B35D56">
        <w:rPr>
          <w:lang w:val="ru-RU"/>
        </w:rPr>
        <w:t xml:space="preserve"> на </w:t>
      </w:r>
      <w:proofErr w:type="spellStart"/>
      <w:r w:rsidRPr="00B35D56">
        <w:rPr>
          <w:lang w:val="ru-RU"/>
        </w:rPr>
        <w:t>послугу</w:t>
      </w:r>
      <w:proofErr w:type="spellEnd"/>
      <w:r w:rsidRPr="00B35D56">
        <w:rPr>
          <w:lang w:val="ru-RU"/>
        </w:rPr>
        <w:t xml:space="preserve"> з </w:t>
      </w:r>
      <w:proofErr w:type="spellStart"/>
      <w:r w:rsidRPr="00B35D56">
        <w:rPr>
          <w:lang w:val="ru-RU"/>
        </w:rPr>
        <w:t>управління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побутовими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відходами</w:t>
      </w:r>
      <w:proofErr w:type="spellEnd"/>
      <w:r w:rsidRPr="00B35D56">
        <w:rPr>
          <w:lang w:val="ru-RU"/>
        </w:rPr>
        <w:t xml:space="preserve"> для </w:t>
      </w:r>
      <w:proofErr w:type="spellStart"/>
      <w:r w:rsidRPr="00B35D56">
        <w:rPr>
          <w:lang w:val="ru-RU"/>
        </w:rPr>
        <w:t>споживачів</w:t>
      </w:r>
      <w:proofErr w:type="spellEnd"/>
      <w:r w:rsidRPr="00B35D56">
        <w:rPr>
          <w:lang w:val="ru-RU"/>
        </w:rPr>
        <w:t xml:space="preserve"> на </w:t>
      </w:r>
      <w:proofErr w:type="spellStart"/>
      <w:r w:rsidRPr="00B35D56">
        <w:rPr>
          <w:lang w:val="ru-RU"/>
        </w:rPr>
        <w:t>території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Дядьковицької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сільської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територіальної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громади</w:t>
      </w:r>
      <w:proofErr w:type="spellEnd"/>
      <w:r w:rsidRPr="00B35D56">
        <w:rPr>
          <w:lang w:val="ru-RU"/>
        </w:rPr>
        <w:t>:</w:t>
      </w:r>
    </w:p>
    <w:p w14:paraId="08E58A44" w14:textId="67DB8E24" w:rsidR="00F16788" w:rsidRPr="00B35D56" w:rsidRDefault="00730FC4" w:rsidP="00B35D56">
      <w:pPr>
        <w:spacing w:after="40" w:line="276" w:lineRule="auto"/>
        <w:ind w:firstLine="709"/>
        <w:jc w:val="both"/>
        <w:rPr>
          <w:lang w:val="ru-RU"/>
        </w:rPr>
      </w:pPr>
      <w:r w:rsidRPr="00B35D56">
        <w:rPr>
          <w:lang w:val="ru-RU"/>
        </w:rPr>
        <w:t xml:space="preserve">1.1. Для </w:t>
      </w:r>
      <w:proofErr w:type="spellStart"/>
      <w:r w:rsidRPr="00B35D56">
        <w:rPr>
          <w:lang w:val="ru-RU"/>
        </w:rPr>
        <w:t>населення</w:t>
      </w:r>
      <w:proofErr w:type="spellEnd"/>
      <w:r w:rsidRPr="00B35D56">
        <w:rPr>
          <w:lang w:val="ru-RU"/>
        </w:rPr>
        <w:t xml:space="preserve"> — 45,00 </w:t>
      </w:r>
      <w:proofErr w:type="spellStart"/>
      <w:r w:rsidRPr="00B35D56">
        <w:rPr>
          <w:lang w:val="ru-RU"/>
        </w:rPr>
        <w:t>грн</w:t>
      </w:r>
      <w:proofErr w:type="spellEnd"/>
      <w:r w:rsidRPr="00B35D56">
        <w:rPr>
          <w:lang w:val="ru-RU"/>
        </w:rPr>
        <w:t xml:space="preserve"> з </w:t>
      </w:r>
      <w:proofErr w:type="spellStart"/>
      <w:r w:rsidRPr="00B35D56">
        <w:rPr>
          <w:lang w:val="ru-RU"/>
        </w:rPr>
        <w:t>однієї</w:t>
      </w:r>
      <w:proofErr w:type="spellEnd"/>
      <w:r w:rsidRPr="00B35D56">
        <w:rPr>
          <w:lang w:val="ru-RU"/>
        </w:rPr>
        <w:t xml:space="preserve"> особи на </w:t>
      </w:r>
      <w:proofErr w:type="spellStart"/>
      <w:r w:rsidRPr="00B35D56">
        <w:rPr>
          <w:lang w:val="ru-RU"/>
        </w:rPr>
        <w:t>місяць</w:t>
      </w:r>
      <w:proofErr w:type="spellEnd"/>
      <w:r w:rsidR="00B35D56">
        <w:rPr>
          <w:lang w:val="ru-RU"/>
        </w:rPr>
        <w:t xml:space="preserve"> (</w:t>
      </w:r>
      <w:proofErr w:type="spellStart"/>
      <w:proofErr w:type="gramStart"/>
      <w:r w:rsidR="00B35D56">
        <w:rPr>
          <w:lang w:val="ru-RU"/>
        </w:rPr>
        <w:t>або</w:t>
      </w:r>
      <w:proofErr w:type="spellEnd"/>
      <w:r w:rsidR="00B35D56">
        <w:rPr>
          <w:lang w:val="ru-RU"/>
        </w:rPr>
        <w:t xml:space="preserve">  </w:t>
      </w:r>
      <w:r w:rsidR="00B35D56" w:rsidRPr="00B35D56">
        <w:rPr>
          <w:lang w:val="ru-RU"/>
        </w:rPr>
        <w:t>350</w:t>
      </w:r>
      <w:proofErr w:type="gramEnd"/>
      <w:r w:rsidR="00B35D56" w:rsidRPr="00B35D56">
        <w:rPr>
          <w:lang w:val="ru-RU"/>
        </w:rPr>
        <w:t xml:space="preserve">,00 </w:t>
      </w:r>
      <w:proofErr w:type="spellStart"/>
      <w:r w:rsidR="00B35D56" w:rsidRPr="00B35D56">
        <w:rPr>
          <w:lang w:val="ru-RU"/>
        </w:rPr>
        <w:t>грн</w:t>
      </w:r>
      <w:proofErr w:type="spellEnd"/>
      <w:r w:rsidR="00B35D56" w:rsidRPr="00B35D56">
        <w:rPr>
          <w:lang w:val="ru-RU"/>
        </w:rPr>
        <w:t xml:space="preserve"> за </w:t>
      </w:r>
      <w:r w:rsidR="008C225C">
        <w:rPr>
          <w:lang w:val="ru-RU"/>
        </w:rPr>
        <w:t xml:space="preserve">     </w:t>
      </w:r>
      <w:r w:rsidR="00B35D56" w:rsidRPr="00B35D56">
        <w:rPr>
          <w:lang w:val="ru-RU"/>
        </w:rPr>
        <w:t xml:space="preserve">1 м³ </w:t>
      </w:r>
      <w:proofErr w:type="spellStart"/>
      <w:r w:rsidR="00B35D56" w:rsidRPr="00B35D56">
        <w:rPr>
          <w:lang w:val="ru-RU"/>
        </w:rPr>
        <w:t>побутових</w:t>
      </w:r>
      <w:proofErr w:type="spellEnd"/>
      <w:r w:rsidR="00B35D56" w:rsidRPr="00B35D56">
        <w:rPr>
          <w:lang w:val="ru-RU"/>
        </w:rPr>
        <w:t xml:space="preserve"> </w:t>
      </w:r>
      <w:proofErr w:type="spellStart"/>
      <w:r w:rsidR="00B35D56" w:rsidRPr="00B35D56">
        <w:rPr>
          <w:lang w:val="ru-RU"/>
        </w:rPr>
        <w:t>відходів</w:t>
      </w:r>
      <w:proofErr w:type="spellEnd"/>
      <w:r w:rsidR="00B35D56">
        <w:rPr>
          <w:lang w:val="ru-RU"/>
        </w:rPr>
        <w:t>)</w:t>
      </w:r>
      <w:r w:rsidRPr="00B35D56">
        <w:rPr>
          <w:lang w:val="ru-RU"/>
        </w:rPr>
        <w:t>.</w:t>
      </w:r>
    </w:p>
    <w:p w14:paraId="68F60D98" w14:textId="6CE8EA6B" w:rsidR="00F16788" w:rsidRPr="00B35D56" w:rsidRDefault="00730FC4" w:rsidP="00B35D56">
      <w:pPr>
        <w:spacing w:after="40" w:line="276" w:lineRule="auto"/>
        <w:ind w:firstLine="709"/>
        <w:jc w:val="both"/>
        <w:rPr>
          <w:lang w:val="ru-RU"/>
        </w:rPr>
      </w:pPr>
      <w:r w:rsidRPr="00B35D56">
        <w:rPr>
          <w:lang w:val="ru-RU"/>
        </w:rPr>
        <w:t xml:space="preserve">1.2. Для </w:t>
      </w:r>
      <w:proofErr w:type="spellStart"/>
      <w:r w:rsidRPr="00B35D56">
        <w:rPr>
          <w:lang w:val="ru-RU"/>
        </w:rPr>
        <w:t>установ</w:t>
      </w:r>
      <w:proofErr w:type="spellEnd"/>
      <w:r w:rsidRPr="00B35D56">
        <w:rPr>
          <w:lang w:val="ru-RU"/>
        </w:rPr>
        <w:t xml:space="preserve"> і </w:t>
      </w:r>
      <w:proofErr w:type="spellStart"/>
      <w:r w:rsidRPr="00B35D56">
        <w:rPr>
          <w:lang w:val="ru-RU"/>
        </w:rPr>
        <w:t>організацій</w:t>
      </w:r>
      <w:proofErr w:type="spellEnd"/>
      <w:r w:rsidRPr="00B35D56">
        <w:rPr>
          <w:lang w:val="ru-RU"/>
        </w:rPr>
        <w:t xml:space="preserve">, </w:t>
      </w:r>
      <w:proofErr w:type="spellStart"/>
      <w:r w:rsidRPr="00B35D56">
        <w:rPr>
          <w:lang w:val="ru-RU"/>
        </w:rPr>
        <w:t>що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фінансуються</w:t>
      </w:r>
      <w:proofErr w:type="spellEnd"/>
      <w:r w:rsidRPr="00B35D56">
        <w:rPr>
          <w:lang w:val="ru-RU"/>
        </w:rPr>
        <w:t xml:space="preserve"> з бюджету </w:t>
      </w:r>
      <w:proofErr w:type="spellStart"/>
      <w:r w:rsidRPr="00B35D56">
        <w:rPr>
          <w:lang w:val="ru-RU"/>
        </w:rPr>
        <w:t>Дядьковицької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сільської</w:t>
      </w:r>
      <w:proofErr w:type="spellEnd"/>
      <w:r w:rsidRPr="00B35D56">
        <w:rPr>
          <w:lang w:val="ru-RU"/>
        </w:rPr>
        <w:t xml:space="preserve"> ради — 350,00 </w:t>
      </w:r>
      <w:proofErr w:type="spellStart"/>
      <w:r w:rsidRPr="00B35D56">
        <w:rPr>
          <w:lang w:val="ru-RU"/>
        </w:rPr>
        <w:t>грн</w:t>
      </w:r>
      <w:proofErr w:type="spellEnd"/>
      <w:r w:rsidRPr="00B35D56">
        <w:rPr>
          <w:lang w:val="ru-RU"/>
        </w:rPr>
        <w:t xml:space="preserve"> за 1 м³ </w:t>
      </w:r>
      <w:proofErr w:type="spellStart"/>
      <w:r w:rsidRPr="00B35D56">
        <w:rPr>
          <w:lang w:val="ru-RU"/>
        </w:rPr>
        <w:t>побутових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відходів</w:t>
      </w:r>
      <w:proofErr w:type="spellEnd"/>
      <w:r w:rsidRPr="00B35D56">
        <w:rPr>
          <w:lang w:val="ru-RU"/>
        </w:rPr>
        <w:t>.</w:t>
      </w:r>
    </w:p>
    <w:p w14:paraId="42747794" w14:textId="77777777" w:rsidR="00F16788" w:rsidRPr="00B35D56" w:rsidRDefault="00730FC4" w:rsidP="00B35D56">
      <w:pPr>
        <w:spacing w:after="80" w:line="276" w:lineRule="auto"/>
        <w:ind w:firstLine="709"/>
        <w:jc w:val="both"/>
        <w:rPr>
          <w:lang w:val="ru-RU"/>
        </w:rPr>
      </w:pPr>
      <w:r w:rsidRPr="00B35D56">
        <w:rPr>
          <w:lang w:val="ru-RU"/>
        </w:rPr>
        <w:t xml:space="preserve">1.3. Для </w:t>
      </w:r>
      <w:proofErr w:type="spellStart"/>
      <w:r w:rsidRPr="00B35D56">
        <w:rPr>
          <w:lang w:val="ru-RU"/>
        </w:rPr>
        <w:t>інших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споживачів</w:t>
      </w:r>
      <w:proofErr w:type="spellEnd"/>
      <w:r w:rsidRPr="00B35D56">
        <w:rPr>
          <w:lang w:val="ru-RU"/>
        </w:rPr>
        <w:t xml:space="preserve">, </w:t>
      </w:r>
      <w:proofErr w:type="spellStart"/>
      <w:r w:rsidRPr="00B35D56">
        <w:rPr>
          <w:lang w:val="ru-RU"/>
        </w:rPr>
        <w:t>які</w:t>
      </w:r>
      <w:proofErr w:type="spellEnd"/>
      <w:r w:rsidRPr="00B35D56">
        <w:rPr>
          <w:lang w:val="ru-RU"/>
        </w:rPr>
        <w:t xml:space="preserve"> не </w:t>
      </w:r>
      <w:proofErr w:type="spellStart"/>
      <w:r w:rsidRPr="00B35D56">
        <w:rPr>
          <w:lang w:val="ru-RU"/>
        </w:rPr>
        <w:t>фінансуються</w:t>
      </w:r>
      <w:proofErr w:type="spellEnd"/>
      <w:r w:rsidRPr="00B35D56">
        <w:rPr>
          <w:lang w:val="ru-RU"/>
        </w:rPr>
        <w:t xml:space="preserve"> з державного, </w:t>
      </w:r>
      <w:proofErr w:type="spellStart"/>
      <w:r w:rsidRPr="00B35D56">
        <w:rPr>
          <w:lang w:val="ru-RU"/>
        </w:rPr>
        <w:t>обласного</w:t>
      </w:r>
      <w:proofErr w:type="spellEnd"/>
      <w:r w:rsidRPr="00B35D56">
        <w:rPr>
          <w:lang w:val="ru-RU"/>
        </w:rPr>
        <w:t xml:space="preserve">, районного </w:t>
      </w:r>
      <w:proofErr w:type="spellStart"/>
      <w:r w:rsidRPr="00B35D56">
        <w:rPr>
          <w:lang w:val="ru-RU"/>
        </w:rPr>
        <w:t>чи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місцевого</w:t>
      </w:r>
      <w:proofErr w:type="spellEnd"/>
      <w:r w:rsidRPr="00B35D56">
        <w:rPr>
          <w:lang w:val="ru-RU"/>
        </w:rPr>
        <w:t xml:space="preserve"> бюджету, — 350,00 </w:t>
      </w:r>
      <w:proofErr w:type="spellStart"/>
      <w:r w:rsidRPr="00B35D56">
        <w:rPr>
          <w:lang w:val="ru-RU"/>
        </w:rPr>
        <w:t>грн</w:t>
      </w:r>
      <w:proofErr w:type="spellEnd"/>
      <w:r w:rsidRPr="00B35D56">
        <w:rPr>
          <w:lang w:val="ru-RU"/>
        </w:rPr>
        <w:t xml:space="preserve"> за 1 м³ </w:t>
      </w:r>
      <w:proofErr w:type="spellStart"/>
      <w:r w:rsidRPr="00B35D56">
        <w:rPr>
          <w:lang w:val="ru-RU"/>
        </w:rPr>
        <w:t>побутових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відходів</w:t>
      </w:r>
      <w:proofErr w:type="spellEnd"/>
      <w:r w:rsidRPr="00B35D56">
        <w:rPr>
          <w:lang w:val="ru-RU"/>
        </w:rPr>
        <w:t>.</w:t>
      </w:r>
    </w:p>
    <w:p w14:paraId="091C502C" w14:textId="77777777" w:rsidR="00F16788" w:rsidRPr="00B35D56" w:rsidRDefault="00730FC4" w:rsidP="00B35D56">
      <w:pPr>
        <w:spacing w:after="60" w:line="276" w:lineRule="auto"/>
        <w:jc w:val="both"/>
        <w:rPr>
          <w:lang w:val="ru-RU"/>
        </w:rPr>
      </w:pPr>
      <w:r w:rsidRPr="00B35D56">
        <w:rPr>
          <w:lang w:val="ru-RU"/>
        </w:rPr>
        <w:t xml:space="preserve">2. </w:t>
      </w:r>
      <w:proofErr w:type="spellStart"/>
      <w:r w:rsidRPr="00B35D56">
        <w:rPr>
          <w:lang w:val="ru-RU"/>
        </w:rPr>
        <w:t>Визначити</w:t>
      </w:r>
      <w:proofErr w:type="spellEnd"/>
      <w:r w:rsidRPr="00B35D56">
        <w:rPr>
          <w:lang w:val="ru-RU"/>
        </w:rPr>
        <w:t xml:space="preserve">, </w:t>
      </w:r>
      <w:proofErr w:type="spellStart"/>
      <w:r w:rsidRPr="00B35D56">
        <w:rPr>
          <w:lang w:val="ru-RU"/>
        </w:rPr>
        <w:t>що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розмір</w:t>
      </w:r>
      <w:proofErr w:type="spellEnd"/>
      <w:r w:rsidRPr="00B35D56">
        <w:rPr>
          <w:lang w:val="ru-RU"/>
        </w:rPr>
        <w:t xml:space="preserve"> плати для </w:t>
      </w:r>
      <w:proofErr w:type="spellStart"/>
      <w:r w:rsidRPr="00B35D56">
        <w:rPr>
          <w:lang w:val="ru-RU"/>
        </w:rPr>
        <w:t>населення</w:t>
      </w:r>
      <w:proofErr w:type="spellEnd"/>
      <w:r w:rsidRPr="00B35D56">
        <w:rPr>
          <w:lang w:val="ru-RU"/>
        </w:rPr>
        <w:t xml:space="preserve">, </w:t>
      </w:r>
      <w:proofErr w:type="spellStart"/>
      <w:r w:rsidRPr="00B35D56">
        <w:rPr>
          <w:lang w:val="ru-RU"/>
        </w:rPr>
        <w:t>зазначений</w:t>
      </w:r>
      <w:proofErr w:type="spellEnd"/>
      <w:r w:rsidRPr="00B35D56">
        <w:rPr>
          <w:lang w:val="ru-RU"/>
        </w:rPr>
        <w:t xml:space="preserve"> у </w:t>
      </w:r>
      <w:proofErr w:type="spellStart"/>
      <w:r w:rsidRPr="00B35D56">
        <w:rPr>
          <w:lang w:val="ru-RU"/>
        </w:rPr>
        <w:t>підпункті</w:t>
      </w:r>
      <w:proofErr w:type="spellEnd"/>
      <w:r w:rsidRPr="00B35D56">
        <w:rPr>
          <w:lang w:val="ru-RU"/>
        </w:rPr>
        <w:t xml:space="preserve"> 1.1 </w:t>
      </w:r>
      <w:proofErr w:type="spellStart"/>
      <w:r w:rsidRPr="00B35D56">
        <w:rPr>
          <w:lang w:val="ru-RU"/>
        </w:rPr>
        <w:t>цього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рішення</w:t>
      </w:r>
      <w:proofErr w:type="spellEnd"/>
      <w:r w:rsidRPr="00B35D56">
        <w:rPr>
          <w:lang w:val="ru-RU"/>
        </w:rPr>
        <w:t xml:space="preserve">, </w:t>
      </w:r>
      <w:proofErr w:type="spellStart"/>
      <w:r w:rsidRPr="00B35D56">
        <w:rPr>
          <w:lang w:val="ru-RU"/>
        </w:rPr>
        <w:t>застосовується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відповідно</w:t>
      </w:r>
      <w:proofErr w:type="spellEnd"/>
      <w:r w:rsidRPr="00B35D56">
        <w:rPr>
          <w:lang w:val="ru-RU"/>
        </w:rPr>
        <w:t xml:space="preserve"> до </w:t>
      </w:r>
      <w:proofErr w:type="spellStart"/>
      <w:r w:rsidRPr="00B35D56">
        <w:rPr>
          <w:lang w:val="ru-RU"/>
        </w:rPr>
        <w:t>встановленої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норми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надання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послуги</w:t>
      </w:r>
      <w:proofErr w:type="spellEnd"/>
      <w:r w:rsidRPr="00B35D56">
        <w:rPr>
          <w:lang w:val="ru-RU"/>
        </w:rPr>
        <w:t xml:space="preserve"> та </w:t>
      </w:r>
      <w:proofErr w:type="spellStart"/>
      <w:r w:rsidRPr="00B35D56">
        <w:rPr>
          <w:lang w:val="ru-RU"/>
        </w:rPr>
        <w:t>затвердженого</w:t>
      </w:r>
      <w:proofErr w:type="spellEnd"/>
      <w:r w:rsidRPr="00B35D56">
        <w:rPr>
          <w:lang w:val="ru-RU"/>
        </w:rPr>
        <w:t xml:space="preserve"> тарифу.</w:t>
      </w:r>
    </w:p>
    <w:p w14:paraId="1E3C4E93" w14:textId="517B8EFE" w:rsidR="00F16788" w:rsidRPr="00B35D56" w:rsidRDefault="00730FC4" w:rsidP="00B35D56">
      <w:pPr>
        <w:spacing w:after="60" w:line="276" w:lineRule="auto"/>
        <w:jc w:val="both"/>
        <w:rPr>
          <w:lang w:val="ru-RU"/>
        </w:rPr>
      </w:pPr>
      <w:r w:rsidRPr="00B35D56">
        <w:rPr>
          <w:lang w:val="ru-RU"/>
        </w:rPr>
        <w:t xml:space="preserve">3. </w:t>
      </w:r>
      <w:proofErr w:type="spellStart"/>
      <w:r w:rsidR="008C225C" w:rsidRPr="00B35D56">
        <w:rPr>
          <w:lang w:val="ru-RU"/>
        </w:rPr>
        <w:t>Комунально</w:t>
      </w:r>
      <w:r w:rsidR="008C225C">
        <w:rPr>
          <w:lang w:val="ru-RU"/>
        </w:rPr>
        <w:t>му</w:t>
      </w:r>
      <w:proofErr w:type="spellEnd"/>
      <w:r w:rsidR="008C225C" w:rsidRPr="00B35D56">
        <w:rPr>
          <w:lang w:val="ru-RU"/>
        </w:rPr>
        <w:t xml:space="preserve"> </w:t>
      </w:r>
      <w:proofErr w:type="spellStart"/>
      <w:r w:rsidR="008C225C" w:rsidRPr="00B35D56">
        <w:rPr>
          <w:lang w:val="ru-RU"/>
        </w:rPr>
        <w:t>підприємств</w:t>
      </w:r>
      <w:r w:rsidR="008C225C">
        <w:rPr>
          <w:lang w:val="ru-RU"/>
        </w:rPr>
        <w:t>у</w:t>
      </w:r>
      <w:proofErr w:type="spellEnd"/>
      <w:r w:rsidRPr="00B35D56">
        <w:rPr>
          <w:lang w:val="ru-RU"/>
        </w:rPr>
        <w:t xml:space="preserve"> «</w:t>
      </w:r>
      <w:proofErr w:type="spellStart"/>
      <w:r w:rsidRPr="00B35D56">
        <w:rPr>
          <w:lang w:val="ru-RU"/>
        </w:rPr>
        <w:t>Дядьковицьке</w:t>
      </w:r>
      <w:proofErr w:type="spellEnd"/>
      <w:r w:rsidRPr="00B35D56">
        <w:rPr>
          <w:lang w:val="ru-RU"/>
        </w:rPr>
        <w:t xml:space="preserve">» </w:t>
      </w:r>
      <w:bookmarkStart w:id="2" w:name="_Hlk239748438"/>
      <w:proofErr w:type="spellStart"/>
      <w:r w:rsidRPr="00B35D56">
        <w:rPr>
          <w:lang w:val="ru-RU"/>
        </w:rPr>
        <w:t>Дядьковицької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сільської</w:t>
      </w:r>
      <w:proofErr w:type="spellEnd"/>
      <w:r w:rsidRPr="00B35D56">
        <w:rPr>
          <w:lang w:val="ru-RU"/>
        </w:rPr>
        <w:t xml:space="preserve"> ради </w:t>
      </w:r>
      <w:bookmarkEnd w:id="2"/>
      <w:proofErr w:type="spellStart"/>
      <w:r w:rsidR="008C225C" w:rsidRPr="00B35D56">
        <w:rPr>
          <w:lang w:val="ru-RU"/>
        </w:rPr>
        <w:t>Рівненського</w:t>
      </w:r>
      <w:proofErr w:type="spellEnd"/>
      <w:r w:rsidR="008C225C" w:rsidRPr="00B35D56">
        <w:rPr>
          <w:lang w:val="ru-RU"/>
        </w:rPr>
        <w:t xml:space="preserve"> району </w:t>
      </w:r>
      <w:proofErr w:type="spellStart"/>
      <w:r w:rsidR="008C225C" w:rsidRPr="00B35D56">
        <w:rPr>
          <w:lang w:val="ru-RU"/>
        </w:rPr>
        <w:t>Рівненської</w:t>
      </w:r>
      <w:proofErr w:type="spellEnd"/>
      <w:r w:rsidR="008C225C" w:rsidRPr="00B35D56">
        <w:rPr>
          <w:lang w:val="ru-RU"/>
        </w:rPr>
        <w:t xml:space="preserve"> </w:t>
      </w:r>
      <w:proofErr w:type="spellStart"/>
      <w:r w:rsidR="008C225C" w:rsidRPr="00B35D56">
        <w:rPr>
          <w:lang w:val="ru-RU"/>
        </w:rPr>
        <w:t>області</w:t>
      </w:r>
      <w:proofErr w:type="spellEnd"/>
      <w:r w:rsidR="008C225C" w:rsidRPr="00B35D56">
        <w:rPr>
          <w:lang w:val="ru-RU"/>
        </w:rPr>
        <w:t xml:space="preserve"> </w:t>
      </w:r>
      <w:r w:rsidRPr="00B35D56">
        <w:rPr>
          <w:lang w:val="ru-RU"/>
        </w:rPr>
        <w:t xml:space="preserve">довести </w:t>
      </w:r>
      <w:proofErr w:type="spellStart"/>
      <w:r w:rsidRPr="00B35D56">
        <w:rPr>
          <w:lang w:val="ru-RU"/>
        </w:rPr>
        <w:t>встановлені</w:t>
      </w:r>
      <w:proofErr w:type="spellEnd"/>
      <w:r w:rsidRPr="00B35D56">
        <w:rPr>
          <w:lang w:val="ru-RU"/>
        </w:rPr>
        <w:t xml:space="preserve"> </w:t>
      </w:r>
      <w:proofErr w:type="spellStart"/>
      <w:r w:rsidR="008C225C">
        <w:rPr>
          <w:lang w:val="ru-RU"/>
        </w:rPr>
        <w:t>даним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рішенням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тарифи</w:t>
      </w:r>
      <w:proofErr w:type="spellEnd"/>
      <w:r w:rsidRPr="00B35D56">
        <w:rPr>
          <w:lang w:val="ru-RU"/>
        </w:rPr>
        <w:t xml:space="preserve"> до </w:t>
      </w:r>
      <w:proofErr w:type="spellStart"/>
      <w:r w:rsidRPr="00B35D56">
        <w:rPr>
          <w:lang w:val="ru-RU"/>
        </w:rPr>
        <w:t>відома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споживачів</w:t>
      </w:r>
      <w:proofErr w:type="spellEnd"/>
      <w:r w:rsidRPr="00B35D56">
        <w:rPr>
          <w:lang w:val="ru-RU"/>
        </w:rPr>
        <w:t xml:space="preserve"> </w:t>
      </w:r>
      <w:proofErr w:type="gramStart"/>
      <w:r w:rsidRPr="00B35D56">
        <w:rPr>
          <w:lang w:val="ru-RU"/>
        </w:rPr>
        <w:t>у порядку</w:t>
      </w:r>
      <w:proofErr w:type="gramEnd"/>
      <w:r w:rsidRPr="00B35D56">
        <w:rPr>
          <w:lang w:val="ru-RU"/>
        </w:rPr>
        <w:t xml:space="preserve"> та строки, </w:t>
      </w:r>
      <w:proofErr w:type="spellStart"/>
      <w:r w:rsidRPr="00B35D56">
        <w:rPr>
          <w:lang w:val="ru-RU"/>
        </w:rPr>
        <w:t>визначені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законодавством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України</w:t>
      </w:r>
      <w:proofErr w:type="spellEnd"/>
      <w:r w:rsidRPr="00B35D56">
        <w:rPr>
          <w:lang w:val="ru-RU"/>
        </w:rPr>
        <w:t>.</w:t>
      </w:r>
    </w:p>
    <w:p w14:paraId="0A9F25C9" w14:textId="06C44563" w:rsidR="00F16788" w:rsidRPr="00B35D56" w:rsidRDefault="00730FC4" w:rsidP="00B35D56">
      <w:pPr>
        <w:spacing w:after="60" w:line="276" w:lineRule="auto"/>
        <w:jc w:val="both"/>
        <w:rPr>
          <w:lang w:val="ru-RU"/>
        </w:rPr>
      </w:pPr>
      <w:r w:rsidRPr="00B35D56">
        <w:rPr>
          <w:lang w:val="ru-RU"/>
        </w:rPr>
        <w:t xml:space="preserve">4. </w:t>
      </w:r>
      <w:proofErr w:type="spellStart"/>
      <w:r w:rsidR="008C225C" w:rsidRPr="00B35D56">
        <w:rPr>
          <w:lang w:val="ru-RU"/>
        </w:rPr>
        <w:t>Комунально</w:t>
      </w:r>
      <w:r w:rsidR="008C225C">
        <w:rPr>
          <w:lang w:val="ru-RU"/>
        </w:rPr>
        <w:t>му</w:t>
      </w:r>
      <w:proofErr w:type="spellEnd"/>
      <w:r w:rsidR="008C225C" w:rsidRPr="00B35D56">
        <w:rPr>
          <w:lang w:val="ru-RU"/>
        </w:rPr>
        <w:t xml:space="preserve"> </w:t>
      </w:r>
      <w:proofErr w:type="spellStart"/>
      <w:r w:rsidR="008C225C" w:rsidRPr="00B35D56">
        <w:rPr>
          <w:lang w:val="ru-RU"/>
        </w:rPr>
        <w:t>підприємств</w:t>
      </w:r>
      <w:r w:rsidR="008C225C">
        <w:rPr>
          <w:lang w:val="ru-RU"/>
        </w:rPr>
        <w:t>у</w:t>
      </w:r>
      <w:proofErr w:type="spellEnd"/>
      <w:r w:rsidRPr="00B35D56">
        <w:rPr>
          <w:lang w:val="ru-RU"/>
        </w:rPr>
        <w:t xml:space="preserve"> «</w:t>
      </w:r>
      <w:proofErr w:type="spellStart"/>
      <w:r w:rsidRPr="00B35D56">
        <w:rPr>
          <w:lang w:val="ru-RU"/>
        </w:rPr>
        <w:t>Дядьковицьке</w:t>
      </w:r>
      <w:proofErr w:type="spellEnd"/>
      <w:r w:rsidRPr="00B35D56">
        <w:rPr>
          <w:lang w:val="ru-RU"/>
        </w:rPr>
        <w:t>»</w:t>
      </w:r>
      <w:r w:rsidR="008C225C" w:rsidRPr="008C225C">
        <w:rPr>
          <w:lang w:val="ru-RU"/>
        </w:rPr>
        <w:t xml:space="preserve"> </w:t>
      </w:r>
      <w:proofErr w:type="spellStart"/>
      <w:r w:rsidR="008C225C" w:rsidRPr="00B35D56">
        <w:rPr>
          <w:lang w:val="ru-RU"/>
        </w:rPr>
        <w:t>Дядьковицької</w:t>
      </w:r>
      <w:proofErr w:type="spellEnd"/>
      <w:r w:rsidR="008C225C" w:rsidRPr="00B35D56">
        <w:rPr>
          <w:lang w:val="ru-RU"/>
        </w:rPr>
        <w:t xml:space="preserve"> </w:t>
      </w:r>
      <w:proofErr w:type="spellStart"/>
      <w:r w:rsidR="008C225C" w:rsidRPr="00B35D56">
        <w:rPr>
          <w:lang w:val="ru-RU"/>
        </w:rPr>
        <w:t>сільської</w:t>
      </w:r>
      <w:proofErr w:type="spellEnd"/>
      <w:r w:rsidR="008C225C" w:rsidRPr="00B35D56">
        <w:rPr>
          <w:lang w:val="ru-RU"/>
        </w:rPr>
        <w:t xml:space="preserve"> ради</w:t>
      </w:r>
      <w:r w:rsidR="008C225C" w:rsidRPr="008C225C">
        <w:rPr>
          <w:lang w:val="ru-RU"/>
        </w:rPr>
        <w:t xml:space="preserve"> </w:t>
      </w:r>
      <w:proofErr w:type="spellStart"/>
      <w:r w:rsidR="008C225C" w:rsidRPr="00B35D56">
        <w:rPr>
          <w:lang w:val="ru-RU"/>
        </w:rPr>
        <w:t>Рівненського</w:t>
      </w:r>
      <w:proofErr w:type="spellEnd"/>
      <w:r w:rsidR="008C225C" w:rsidRPr="00B35D56">
        <w:rPr>
          <w:lang w:val="ru-RU"/>
        </w:rPr>
        <w:t xml:space="preserve"> району </w:t>
      </w:r>
      <w:proofErr w:type="spellStart"/>
      <w:r w:rsidR="008C225C" w:rsidRPr="00B35D56">
        <w:rPr>
          <w:lang w:val="ru-RU"/>
        </w:rPr>
        <w:t>Рівненської</w:t>
      </w:r>
      <w:proofErr w:type="spellEnd"/>
      <w:r w:rsidR="008C225C" w:rsidRPr="00B35D56">
        <w:rPr>
          <w:lang w:val="ru-RU"/>
        </w:rPr>
        <w:t xml:space="preserve"> </w:t>
      </w:r>
      <w:proofErr w:type="spellStart"/>
      <w:r w:rsidR="008C225C" w:rsidRPr="00B35D56">
        <w:rPr>
          <w:lang w:val="ru-RU"/>
        </w:rPr>
        <w:t>області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застосовувати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встановлені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тарифи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відповідно</w:t>
      </w:r>
      <w:proofErr w:type="spellEnd"/>
      <w:r w:rsidRPr="00B35D56">
        <w:rPr>
          <w:lang w:val="ru-RU"/>
        </w:rPr>
        <w:t xml:space="preserve"> до </w:t>
      </w:r>
      <w:proofErr w:type="spellStart"/>
      <w:r w:rsidRPr="00B35D56">
        <w:rPr>
          <w:lang w:val="ru-RU"/>
        </w:rPr>
        <w:t>затверджених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розрахунків</w:t>
      </w:r>
      <w:proofErr w:type="spellEnd"/>
      <w:r w:rsidRPr="00B35D56">
        <w:rPr>
          <w:lang w:val="ru-RU"/>
        </w:rPr>
        <w:t xml:space="preserve"> та </w:t>
      </w:r>
      <w:proofErr w:type="spellStart"/>
      <w:r w:rsidRPr="00B35D56">
        <w:rPr>
          <w:lang w:val="ru-RU"/>
        </w:rPr>
        <w:t>структури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тарифів</w:t>
      </w:r>
      <w:proofErr w:type="spellEnd"/>
      <w:r w:rsidRPr="00B35D56">
        <w:rPr>
          <w:lang w:val="ru-RU"/>
        </w:rPr>
        <w:t xml:space="preserve"> і </w:t>
      </w:r>
      <w:proofErr w:type="spellStart"/>
      <w:r w:rsidRPr="00B35D56">
        <w:rPr>
          <w:lang w:val="ru-RU"/>
        </w:rPr>
        <w:t>забезпечити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ведення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окремого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обліку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витрат</w:t>
      </w:r>
      <w:proofErr w:type="spellEnd"/>
      <w:r w:rsidRPr="00B35D56">
        <w:rPr>
          <w:lang w:val="ru-RU"/>
        </w:rPr>
        <w:t xml:space="preserve">, </w:t>
      </w:r>
      <w:proofErr w:type="spellStart"/>
      <w:r w:rsidRPr="00B35D56">
        <w:rPr>
          <w:lang w:val="ru-RU"/>
        </w:rPr>
        <w:t>пов’язаних</w:t>
      </w:r>
      <w:proofErr w:type="spellEnd"/>
      <w:r w:rsidRPr="00B35D56">
        <w:rPr>
          <w:lang w:val="ru-RU"/>
        </w:rPr>
        <w:t xml:space="preserve"> з </w:t>
      </w:r>
      <w:proofErr w:type="spellStart"/>
      <w:r w:rsidRPr="00B35D56">
        <w:rPr>
          <w:lang w:val="ru-RU"/>
        </w:rPr>
        <w:t>управлінням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побутовими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відходами</w:t>
      </w:r>
      <w:proofErr w:type="spellEnd"/>
      <w:r w:rsidRPr="00B35D56">
        <w:rPr>
          <w:lang w:val="ru-RU"/>
        </w:rPr>
        <w:t>.</w:t>
      </w:r>
    </w:p>
    <w:p w14:paraId="16795555" w14:textId="0A9F372D" w:rsidR="00F16788" w:rsidRPr="00B35D56" w:rsidRDefault="00730FC4" w:rsidP="00B35D56">
      <w:pPr>
        <w:spacing w:after="60" w:line="276" w:lineRule="auto"/>
        <w:jc w:val="both"/>
        <w:rPr>
          <w:lang w:val="ru-RU"/>
        </w:rPr>
      </w:pPr>
      <w:r w:rsidRPr="00B35D56">
        <w:rPr>
          <w:lang w:val="ru-RU"/>
        </w:rPr>
        <w:t xml:space="preserve">5. </w:t>
      </w:r>
      <w:proofErr w:type="spellStart"/>
      <w:r w:rsidRPr="00B35D56">
        <w:rPr>
          <w:lang w:val="ru-RU"/>
        </w:rPr>
        <w:t>Рішення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виконавчого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комітету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Дядьковицької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сільської</w:t>
      </w:r>
      <w:proofErr w:type="spellEnd"/>
      <w:r w:rsidRPr="00B35D56">
        <w:rPr>
          <w:lang w:val="ru-RU"/>
        </w:rPr>
        <w:t xml:space="preserve"> ради </w:t>
      </w:r>
      <w:proofErr w:type="spellStart"/>
      <w:r w:rsidRPr="00B35D56">
        <w:rPr>
          <w:lang w:val="ru-RU"/>
        </w:rPr>
        <w:t>від</w:t>
      </w:r>
      <w:proofErr w:type="spellEnd"/>
      <w:r w:rsidRPr="00B35D56">
        <w:rPr>
          <w:lang w:val="ru-RU"/>
        </w:rPr>
        <w:t xml:space="preserve"> 18.09.2025</w:t>
      </w:r>
      <w:r w:rsidR="008C225C">
        <w:rPr>
          <w:lang w:val="ru-RU"/>
        </w:rPr>
        <w:t xml:space="preserve"> року</w:t>
      </w:r>
      <w:r w:rsidRPr="00B35D56">
        <w:rPr>
          <w:lang w:val="ru-RU"/>
        </w:rPr>
        <w:t xml:space="preserve"> № 113 «Про </w:t>
      </w:r>
      <w:proofErr w:type="spellStart"/>
      <w:r w:rsidRPr="00B35D56">
        <w:rPr>
          <w:lang w:val="ru-RU"/>
        </w:rPr>
        <w:t>встановлення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тарифів</w:t>
      </w:r>
      <w:proofErr w:type="spellEnd"/>
      <w:r w:rsidRPr="00B35D56">
        <w:rPr>
          <w:lang w:val="ru-RU"/>
        </w:rPr>
        <w:t xml:space="preserve"> на </w:t>
      </w:r>
      <w:proofErr w:type="spellStart"/>
      <w:r w:rsidRPr="00B35D56">
        <w:rPr>
          <w:lang w:val="ru-RU"/>
        </w:rPr>
        <w:t>послуги</w:t>
      </w:r>
      <w:proofErr w:type="spellEnd"/>
      <w:r w:rsidRPr="00B35D56">
        <w:rPr>
          <w:lang w:val="ru-RU"/>
        </w:rPr>
        <w:t xml:space="preserve"> з </w:t>
      </w:r>
      <w:proofErr w:type="spellStart"/>
      <w:r w:rsidRPr="00B35D56">
        <w:rPr>
          <w:lang w:val="ru-RU"/>
        </w:rPr>
        <w:t>вивезення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твердих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побутових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відходів</w:t>
      </w:r>
      <w:proofErr w:type="spellEnd"/>
      <w:r w:rsidRPr="00B35D56">
        <w:rPr>
          <w:lang w:val="ru-RU"/>
        </w:rPr>
        <w:t xml:space="preserve"> для КП «</w:t>
      </w:r>
      <w:proofErr w:type="spellStart"/>
      <w:r w:rsidRPr="00B35D56">
        <w:rPr>
          <w:lang w:val="ru-RU"/>
        </w:rPr>
        <w:t>Дядьковицьке</w:t>
      </w:r>
      <w:proofErr w:type="spellEnd"/>
      <w:r w:rsidRPr="00B35D56">
        <w:rPr>
          <w:lang w:val="ru-RU"/>
        </w:rPr>
        <w:t xml:space="preserve">» </w:t>
      </w:r>
      <w:proofErr w:type="spellStart"/>
      <w:r w:rsidRPr="00B35D56">
        <w:rPr>
          <w:lang w:val="ru-RU"/>
        </w:rPr>
        <w:t>Дядьковицької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сільської</w:t>
      </w:r>
      <w:proofErr w:type="spellEnd"/>
      <w:r w:rsidRPr="00B35D56">
        <w:rPr>
          <w:lang w:val="ru-RU"/>
        </w:rPr>
        <w:t xml:space="preserve"> ради» </w:t>
      </w:r>
      <w:proofErr w:type="spellStart"/>
      <w:r w:rsidRPr="00B35D56">
        <w:rPr>
          <w:lang w:val="ru-RU"/>
        </w:rPr>
        <w:t>вважати</w:t>
      </w:r>
      <w:proofErr w:type="spellEnd"/>
      <w:r w:rsidRPr="00B35D56">
        <w:rPr>
          <w:lang w:val="ru-RU"/>
        </w:rPr>
        <w:t xml:space="preserve"> таким, </w:t>
      </w:r>
      <w:proofErr w:type="spellStart"/>
      <w:r w:rsidRPr="00B35D56">
        <w:rPr>
          <w:lang w:val="ru-RU"/>
        </w:rPr>
        <w:t>що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втратило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чинність</w:t>
      </w:r>
      <w:proofErr w:type="spellEnd"/>
      <w:r w:rsidRPr="00B35D56">
        <w:rPr>
          <w:lang w:val="ru-RU"/>
        </w:rPr>
        <w:t xml:space="preserve"> з 01 вересня 2026 року.</w:t>
      </w:r>
    </w:p>
    <w:p w14:paraId="47CB5207" w14:textId="50A0C2EC" w:rsidR="00F16788" w:rsidRDefault="00730FC4" w:rsidP="00B35D56">
      <w:pPr>
        <w:spacing w:after="200" w:line="276" w:lineRule="auto"/>
        <w:jc w:val="both"/>
        <w:rPr>
          <w:lang w:val="ru-RU"/>
        </w:rPr>
      </w:pPr>
      <w:r w:rsidRPr="00B35D56">
        <w:rPr>
          <w:lang w:val="ru-RU"/>
        </w:rPr>
        <w:t xml:space="preserve">6. Контроль за </w:t>
      </w:r>
      <w:proofErr w:type="spellStart"/>
      <w:r w:rsidRPr="00B35D56">
        <w:rPr>
          <w:lang w:val="ru-RU"/>
        </w:rPr>
        <w:t>виконанням</w:t>
      </w:r>
      <w:proofErr w:type="spellEnd"/>
      <w:r w:rsidRPr="00B35D56">
        <w:rPr>
          <w:lang w:val="ru-RU"/>
        </w:rPr>
        <w:t xml:space="preserve"> </w:t>
      </w:r>
      <w:proofErr w:type="spellStart"/>
      <w:r w:rsidR="008C225C">
        <w:rPr>
          <w:lang w:val="ru-RU"/>
        </w:rPr>
        <w:t>дано</w:t>
      </w:r>
      <w:r w:rsidRPr="00B35D56">
        <w:rPr>
          <w:lang w:val="ru-RU"/>
        </w:rPr>
        <w:t>го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рішення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покласти</w:t>
      </w:r>
      <w:proofErr w:type="spellEnd"/>
      <w:r w:rsidRPr="00B35D56">
        <w:rPr>
          <w:lang w:val="ru-RU"/>
        </w:rPr>
        <w:t xml:space="preserve"> на заступника </w:t>
      </w:r>
      <w:proofErr w:type="spellStart"/>
      <w:r w:rsidRPr="00B35D56">
        <w:rPr>
          <w:lang w:val="ru-RU"/>
        </w:rPr>
        <w:t>сільського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голови</w:t>
      </w:r>
      <w:proofErr w:type="spellEnd"/>
      <w:r w:rsidRPr="00B35D56">
        <w:rPr>
          <w:lang w:val="ru-RU"/>
        </w:rPr>
        <w:t xml:space="preserve"> з </w:t>
      </w:r>
      <w:proofErr w:type="spellStart"/>
      <w:r w:rsidRPr="00B35D56">
        <w:rPr>
          <w:lang w:val="ru-RU"/>
        </w:rPr>
        <w:t>питань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діяльності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виконавчих</w:t>
      </w:r>
      <w:proofErr w:type="spellEnd"/>
      <w:r w:rsidRPr="00B35D56">
        <w:rPr>
          <w:lang w:val="ru-RU"/>
        </w:rPr>
        <w:t xml:space="preserve"> </w:t>
      </w:r>
      <w:proofErr w:type="spellStart"/>
      <w:r w:rsidRPr="00B35D56">
        <w:rPr>
          <w:lang w:val="ru-RU"/>
        </w:rPr>
        <w:t>органів</w:t>
      </w:r>
      <w:proofErr w:type="spellEnd"/>
      <w:r w:rsidRPr="00B35D56">
        <w:rPr>
          <w:lang w:val="ru-RU"/>
        </w:rPr>
        <w:t xml:space="preserve"> Олега ПРОЦИКА.</w:t>
      </w:r>
    </w:p>
    <w:p w14:paraId="74AEB4FA" w14:textId="77777777" w:rsidR="008C225C" w:rsidRPr="00B35D56" w:rsidRDefault="008C225C" w:rsidP="00B35D56">
      <w:pPr>
        <w:spacing w:after="200" w:line="276" w:lineRule="auto"/>
        <w:jc w:val="both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F16788" w14:paraId="0464BC35" w14:textId="77777777">
        <w:trPr>
          <w:jc w:val="center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</w:tcPr>
          <w:p w14:paraId="5E16C091" w14:textId="3454B565" w:rsidR="00F16788" w:rsidRPr="008C225C" w:rsidRDefault="00730FC4" w:rsidP="00B35D56">
            <w:pPr>
              <w:spacing w:line="276" w:lineRule="auto"/>
              <w:jc w:val="both"/>
              <w:rPr>
                <w:lang w:val="uk-UA"/>
              </w:rPr>
            </w:pPr>
            <w:proofErr w:type="spellStart"/>
            <w:r>
              <w:t>Сільський</w:t>
            </w:r>
            <w:proofErr w:type="spellEnd"/>
            <w:r>
              <w:t xml:space="preserve"> </w:t>
            </w:r>
            <w:proofErr w:type="spellStart"/>
            <w:r>
              <w:t>голова</w:t>
            </w:r>
            <w:proofErr w:type="spellEnd"/>
            <w:r w:rsidR="008C225C">
              <w:rPr>
                <w:lang w:val="uk-UA"/>
              </w:rPr>
              <w:t xml:space="preserve">                                                 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</w:tcPr>
          <w:p w14:paraId="29E65557" w14:textId="6D6652C8" w:rsidR="00F16788" w:rsidRDefault="008C225C" w:rsidP="00B35D56">
            <w:pPr>
              <w:spacing w:line="276" w:lineRule="auto"/>
              <w:jc w:val="both"/>
            </w:pPr>
            <w:r>
              <w:rPr>
                <w:lang w:val="uk-UA"/>
              </w:rPr>
              <w:t xml:space="preserve">                            </w:t>
            </w:r>
            <w:proofErr w:type="spellStart"/>
            <w:r w:rsidR="00730FC4">
              <w:t>Людмила</w:t>
            </w:r>
            <w:proofErr w:type="spellEnd"/>
            <w:r w:rsidR="00730FC4">
              <w:t xml:space="preserve"> ВІТКОВЕЦЬ</w:t>
            </w:r>
          </w:p>
        </w:tc>
      </w:tr>
    </w:tbl>
    <w:p w14:paraId="2794E950" w14:textId="77777777" w:rsidR="00730FC4" w:rsidRDefault="00730FC4" w:rsidP="00B35D56">
      <w:pPr>
        <w:jc w:val="both"/>
      </w:pPr>
    </w:p>
    <w:sectPr w:rsidR="00730FC4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DE6F4" w14:textId="77777777" w:rsidR="008C225C" w:rsidRDefault="008C225C" w:rsidP="008C225C">
      <w:r>
        <w:separator/>
      </w:r>
    </w:p>
  </w:endnote>
  <w:endnote w:type="continuationSeparator" w:id="0">
    <w:p w14:paraId="529F8FBC" w14:textId="77777777" w:rsidR="008C225C" w:rsidRDefault="008C225C" w:rsidP="008C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F3173" w14:textId="77777777" w:rsidR="008C225C" w:rsidRDefault="008C225C" w:rsidP="008C225C">
      <w:r>
        <w:separator/>
      </w:r>
    </w:p>
  </w:footnote>
  <w:footnote w:type="continuationSeparator" w:id="0">
    <w:p w14:paraId="3AA7F126" w14:textId="77777777" w:rsidR="008C225C" w:rsidRDefault="008C225C" w:rsidP="008C2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30FC4"/>
    <w:rsid w:val="008C225C"/>
    <w:rsid w:val="00AA1D8D"/>
    <w:rsid w:val="00AC2E3D"/>
    <w:rsid w:val="00B35D56"/>
    <w:rsid w:val="00B47730"/>
    <w:rsid w:val="00CB0664"/>
    <w:rsid w:val="00F1678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C9AB85"/>
  <w14:defaultImageDpi w14:val="300"/>
  <w15:docId w15:val="{82DD7B11-8425-475D-9699-F18E650E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7CFFA0-BD30-421A-8892-A26954CAA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ЦНАП</cp:lastModifiedBy>
  <cp:revision>3</cp:revision>
  <cp:lastPrinted>2026-09-08T05:28:00Z</cp:lastPrinted>
  <dcterms:created xsi:type="dcterms:W3CDTF">2026-09-04T12:47:00Z</dcterms:created>
  <dcterms:modified xsi:type="dcterms:W3CDTF">2026-09-08T05:28:00Z</dcterms:modified>
  <cp:category/>
</cp:coreProperties>
</file>